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CB46F" w14:textId="77777777" w:rsidR="00793CDB" w:rsidRPr="00445814" w:rsidRDefault="00F618A9">
      <w:pPr>
        <w:jc w:val="center"/>
        <w:rPr>
          <w:lang w:val="nl-NL"/>
        </w:rPr>
      </w:pPr>
      <w:r w:rsidRPr="00445814">
        <w:rPr>
          <w:rFonts w:ascii="Aptos Display" w:hAnsi="Aptos Display"/>
          <w:b/>
          <w:color w:val="075BA7"/>
          <w:sz w:val="22"/>
          <w:lang w:val="nl-NL"/>
        </w:rPr>
        <w:t>ALGEMENE LEDENVERGADERING</w:t>
      </w:r>
    </w:p>
    <w:p w14:paraId="1DF2E470" w14:textId="77777777" w:rsidR="00793CDB" w:rsidRPr="00445814" w:rsidRDefault="00F618A9">
      <w:pPr>
        <w:pStyle w:val="Titel"/>
        <w:jc w:val="center"/>
        <w:rPr>
          <w:lang w:val="nl-NL"/>
        </w:rPr>
      </w:pPr>
      <w:r w:rsidRPr="00445814">
        <w:rPr>
          <w:lang w:val="nl-NL"/>
        </w:rPr>
        <w:t>Verslag DVS</w:t>
      </w:r>
    </w:p>
    <w:p w14:paraId="0A325590" w14:textId="77777777" w:rsidR="00793CDB" w:rsidRPr="00445814" w:rsidRDefault="00F618A9">
      <w:pPr>
        <w:jc w:val="center"/>
        <w:rPr>
          <w:lang w:val="nl-NL"/>
        </w:rPr>
      </w:pPr>
      <w:r w:rsidRPr="00445814">
        <w:rPr>
          <w:b/>
          <w:color w:val="60758A"/>
          <w:sz w:val="22"/>
          <w:lang w:val="nl-NL"/>
        </w:rPr>
        <w:t xml:space="preserve">Woensdag 7 oktober </w:t>
      </w:r>
      <w:proofErr w:type="gramStart"/>
      <w:r w:rsidRPr="00445814">
        <w:rPr>
          <w:b/>
          <w:color w:val="60758A"/>
          <w:sz w:val="22"/>
          <w:lang w:val="nl-NL"/>
        </w:rPr>
        <w:t>2026  |</w:t>
      </w:r>
      <w:proofErr w:type="gramEnd"/>
      <w:r w:rsidRPr="00445814">
        <w:rPr>
          <w:b/>
          <w:color w:val="60758A"/>
          <w:sz w:val="22"/>
          <w:lang w:val="nl-NL"/>
        </w:rPr>
        <w:t xml:space="preserve">  20.30 - 21.30 uur</w:t>
      </w:r>
    </w:p>
    <w:p w14:paraId="4809239E" w14:textId="77777777" w:rsidR="00793CDB" w:rsidRPr="00445814" w:rsidRDefault="00793CDB">
      <w:pPr>
        <w:pBdr>
          <w:bottom w:val="single" w:sz="18" w:space="1" w:color="FFE21A"/>
        </w:pBdr>
        <w:spacing w:before="80" w:after="200"/>
        <w:rPr>
          <w:lang w:val="nl-NL"/>
        </w:rPr>
      </w:pPr>
    </w:p>
    <w:p w14:paraId="21A847FB" w14:textId="29FA3FA2" w:rsidR="00793CDB" w:rsidRPr="00445814" w:rsidRDefault="00F618A9">
      <w:pPr>
        <w:rPr>
          <w:lang w:val="nl-NL"/>
        </w:rPr>
      </w:pPr>
      <w:r w:rsidRPr="00445814">
        <w:rPr>
          <w:b/>
          <w:lang w:val="nl-NL"/>
        </w:rPr>
        <w:t xml:space="preserve">Aanwezig: </w:t>
      </w:r>
      <w:r w:rsidRPr="00445814">
        <w:rPr>
          <w:lang w:val="nl-NL"/>
        </w:rPr>
        <w:t xml:space="preserve">P. Willems, H. van Boxtel, P. de Louw, T. van den Boom, J. van den Boom, A. van den Boom, W. Weijers, J. </w:t>
      </w:r>
      <w:proofErr w:type="spellStart"/>
      <w:r w:rsidRPr="00445814">
        <w:rPr>
          <w:lang w:val="nl-NL"/>
        </w:rPr>
        <w:t>Bourdouxh</w:t>
      </w:r>
      <w:proofErr w:type="spellEnd"/>
      <w:r w:rsidRPr="00445814">
        <w:rPr>
          <w:lang w:val="nl-NL"/>
        </w:rPr>
        <w:t xml:space="preserve">, O. Spijkerman, P. van Limpt, A. Driessen, A. Groote, K. </w:t>
      </w:r>
      <w:proofErr w:type="spellStart"/>
      <w:r w:rsidRPr="00445814">
        <w:rPr>
          <w:lang w:val="nl-NL"/>
        </w:rPr>
        <w:t>Leemans</w:t>
      </w:r>
      <w:proofErr w:type="spellEnd"/>
      <w:r w:rsidRPr="00445814">
        <w:rPr>
          <w:lang w:val="nl-NL"/>
        </w:rPr>
        <w:t xml:space="preserve">, M. de Louw, B. </w:t>
      </w:r>
      <w:proofErr w:type="spellStart"/>
      <w:r w:rsidRPr="00445814">
        <w:rPr>
          <w:lang w:val="nl-NL"/>
        </w:rPr>
        <w:t>Gits</w:t>
      </w:r>
      <w:proofErr w:type="spellEnd"/>
      <w:r w:rsidRPr="00445814">
        <w:rPr>
          <w:lang w:val="nl-NL"/>
        </w:rPr>
        <w:t xml:space="preserve">, J.W. Linsen, E. Vos, P. van de Heijden, M. Boerenkamp, B. </w:t>
      </w:r>
      <w:proofErr w:type="spellStart"/>
      <w:r w:rsidRPr="00445814">
        <w:rPr>
          <w:lang w:val="nl-NL"/>
        </w:rPr>
        <w:t>Relker</w:t>
      </w:r>
      <w:proofErr w:type="spellEnd"/>
      <w:r w:rsidRPr="00445814">
        <w:rPr>
          <w:lang w:val="nl-NL"/>
        </w:rPr>
        <w:t>, W. Bouwmans, W. Visser, A. Didden, M. Stoppels, B. van Ginneken, M. van Rooij en R</w:t>
      </w:r>
      <w:r w:rsidR="00445814">
        <w:rPr>
          <w:lang w:val="nl-NL"/>
        </w:rPr>
        <w:t xml:space="preserve">. </w:t>
      </w:r>
      <w:r w:rsidRPr="00445814">
        <w:rPr>
          <w:lang w:val="nl-NL"/>
        </w:rPr>
        <w:t>Lubse.</w:t>
      </w:r>
    </w:p>
    <w:p w14:paraId="4FDE2B05" w14:textId="77777777" w:rsidR="00793CDB" w:rsidRPr="00445814" w:rsidRDefault="00F618A9">
      <w:pPr>
        <w:pStyle w:val="Kop1"/>
        <w:rPr>
          <w:lang w:val="nl-NL"/>
        </w:rPr>
      </w:pPr>
      <w:r w:rsidRPr="00445814">
        <w:rPr>
          <w:lang w:val="nl-NL"/>
        </w:rPr>
        <w:t>1. Opening</w:t>
      </w:r>
    </w:p>
    <w:p w14:paraId="1925398F" w14:textId="77777777" w:rsidR="00793CDB" w:rsidRPr="00445814" w:rsidRDefault="00F618A9">
      <w:pPr>
        <w:rPr>
          <w:lang w:val="nl-NL"/>
        </w:rPr>
      </w:pPr>
      <w:r w:rsidRPr="00445814">
        <w:rPr>
          <w:lang w:val="nl-NL"/>
        </w:rPr>
        <w:t>Om 20.30 uur opent voorzitter Rob Lubse de vergadering en heet alle aanwezigen welkom.</w:t>
      </w:r>
    </w:p>
    <w:p w14:paraId="441DD527" w14:textId="77777777" w:rsidR="00793CDB" w:rsidRPr="00445814" w:rsidRDefault="00F618A9">
      <w:pPr>
        <w:pStyle w:val="Kop1"/>
        <w:rPr>
          <w:lang w:val="nl-NL"/>
        </w:rPr>
      </w:pPr>
      <w:r w:rsidRPr="00445814">
        <w:rPr>
          <w:lang w:val="nl-NL"/>
        </w:rPr>
        <w:t>2. Mededelingen en vaststelling verslag ALV 8 oktober 2025</w:t>
      </w:r>
    </w:p>
    <w:p w14:paraId="47870778" w14:textId="77777777" w:rsidR="00793CDB" w:rsidRPr="00445814" w:rsidRDefault="00F618A9">
      <w:pPr>
        <w:pStyle w:val="Lijstopsomteken"/>
        <w:ind w:left="340" w:hanging="142"/>
        <w:rPr>
          <w:lang w:val="nl-NL"/>
        </w:rPr>
      </w:pPr>
      <w:r w:rsidRPr="00445814">
        <w:rPr>
          <w:lang w:val="nl-NL"/>
        </w:rPr>
        <w:t>Binnen DVS is nog steeds sprake van een serieus tekort aan scheidsrechters.</w:t>
      </w:r>
    </w:p>
    <w:p w14:paraId="22365951" w14:textId="0F647EE8" w:rsidR="00793CDB" w:rsidRPr="00445814" w:rsidRDefault="00F618A9">
      <w:pPr>
        <w:pStyle w:val="Lijstopsomteken"/>
        <w:ind w:left="340" w:hanging="142"/>
        <w:rPr>
          <w:lang w:val="nl-NL"/>
        </w:rPr>
      </w:pPr>
      <w:r w:rsidRPr="00445814">
        <w:rPr>
          <w:lang w:val="nl-NL"/>
        </w:rPr>
        <w:t xml:space="preserve">De </w:t>
      </w:r>
      <w:proofErr w:type="spellStart"/>
      <w:r w:rsidRPr="00445814">
        <w:rPr>
          <w:lang w:val="nl-NL"/>
        </w:rPr>
        <w:t>verenigingsbrede</w:t>
      </w:r>
      <w:proofErr w:type="spellEnd"/>
      <w:r w:rsidRPr="00445814">
        <w:rPr>
          <w:lang w:val="nl-NL"/>
        </w:rPr>
        <w:t xml:space="preserve"> gedragscode en huisregels worden vastgesteld.</w:t>
      </w:r>
      <w:r w:rsidR="00445814">
        <w:rPr>
          <w:lang w:val="nl-NL"/>
        </w:rPr>
        <w:t xml:space="preserve"> Zijn te vinden op de website.</w:t>
      </w:r>
    </w:p>
    <w:p w14:paraId="1A0D4049" w14:textId="77777777" w:rsidR="00793CDB" w:rsidRPr="00445814" w:rsidRDefault="00F618A9">
      <w:pPr>
        <w:pStyle w:val="Lijstopsomteken"/>
        <w:ind w:left="340" w:hanging="142"/>
        <w:rPr>
          <w:lang w:val="nl-NL"/>
        </w:rPr>
      </w:pPr>
      <w:r w:rsidRPr="00445814">
        <w:rPr>
          <w:lang w:val="nl-NL"/>
        </w:rPr>
        <w:t>Het verslag van de Algemene Ledenvergadering van 8 oktober 2025 wordt per pagina behandeld en zonder wijzigingen goedgekeurd.</w:t>
      </w:r>
    </w:p>
    <w:p w14:paraId="0967EB6B" w14:textId="77777777" w:rsidR="00793CDB" w:rsidRPr="00445814" w:rsidRDefault="00F618A9">
      <w:pPr>
        <w:pStyle w:val="Kop1"/>
        <w:rPr>
          <w:lang w:val="nl-NL"/>
        </w:rPr>
      </w:pPr>
      <w:r w:rsidRPr="00445814">
        <w:rPr>
          <w:lang w:val="nl-NL"/>
        </w:rPr>
        <w:t xml:space="preserve">3. </w:t>
      </w:r>
      <w:proofErr w:type="gramStart"/>
      <w:r w:rsidRPr="00445814">
        <w:rPr>
          <w:lang w:val="nl-NL"/>
        </w:rPr>
        <w:t>Jaarverslag /</w:t>
      </w:r>
      <w:proofErr w:type="gramEnd"/>
      <w:r w:rsidRPr="00445814">
        <w:rPr>
          <w:lang w:val="nl-NL"/>
        </w:rPr>
        <w:t xml:space="preserve"> terugblik seizoen 2025-2026</w:t>
      </w:r>
    </w:p>
    <w:p w14:paraId="72BF1281" w14:textId="77777777" w:rsidR="00793CDB" w:rsidRPr="00445814" w:rsidRDefault="00F618A9">
      <w:pPr>
        <w:rPr>
          <w:lang w:val="nl-NL"/>
        </w:rPr>
      </w:pPr>
      <w:r w:rsidRPr="00445814">
        <w:rPr>
          <w:lang w:val="nl-NL"/>
        </w:rPr>
        <w:t>Het bestuur blikt terug op het seizoen 2025-2026. In het afgelopen jaar is onder andere aandacht besteed aan:</w:t>
      </w:r>
    </w:p>
    <w:p w14:paraId="2735C644" w14:textId="77777777" w:rsidR="00793CDB" w:rsidRPr="00445814" w:rsidRDefault="00F618A9">
      <w:pPr>
        <w:pStyle w:val="Lijstopsomteken"/>
        <w:ind w:left="340" w:hanging="142"/>
        <w:rPr>
          <w:lang w:val="nl-NL"/>
        </w:rPr>
      </w:pPr>
      <w:proofErr w:type="gramStart"/>
      <w:r w:rsidRPr="00445814">
        <w:rPr>
          <w:lang w:val="nl-NL"/>
        </w:rPr>
        <w:t>de</w:t>
      </w:r>
      <w:proofErr w:type="gramEnd"/>
      <w:r w:rsidRPr="00445814">
        <w:rPr>
          <w:lang w:val="nl-NL"/>
        </w:rPr>
        <w:t xml:space="preserve"> verdere ontwikkeling van het bestuur en de organisatie;</w:t>
      </w:r>
    </w:p>
    <w:p w14:paraId="5503EBA7" w14:textId="77777777" w:rsidR="00793CDB" w:rsidRPr="00445814" w:rsidRDefault="00F618A9">
      <w:pPr>
        <w:pStyle w:val="Lijstopsomteken"/>
        <w:ind w:left="340" w:hanging="142"/>
        <w:rPr>
          <w:lang w:val="nl-NL"/>
        </w:rPr>
      </w:pPr>
      <w:proofErr w:type="gramStart"/>
      <w:r w:rsidRPr="00445814">
        <w:rPr>
          <w:lang w:val="nl-NL"/>
        </w:rPr>
        <w:t>de</w:t>
      </w:r>
      <w:proofErr w:type="gramEnd"/>
      <w:r w:rsidRPr="00445814">
        <w:rPr>
          <w:lang w:val="nl-NL"/>
        </w:rPr>
        <w:t xml:space="preserve"> relatie en samenwerking met de gemeente;</w:t>
      </w:r>
    </w:p>
    <w:p w14:paraId="1274546A" w14:textId="77777777" w:rsidR="00793CDB" w:rsidRPr="00445814" w:rsidRDefault="00F618A9">
      <w:pPr>
        <w:pStyle w:val="Lijstopsomteken"/>
        <w:ind w:left="340" w:hanging="142"/>
        <w:rPr>
          <w:lang w:val="nl-NL"/>
        </w:rPr>
      </w:pPr>
      <w:proofErr w:type="gramStart"/>
      <w:r w:rsidRPr="00445814">
        <w:rPr>
          <w:lang w:val="nl-NL"/>
        </w:rPr>
        <w:t>verbeteringen</w:t>
      </w:r>
      <w:proofErr w:type="gramEnd"/>
      <w:r w:rsidRPr="00445814">
        <w:rPr>
          <w:lang w:val="nl-NL"/>
        </w:rPr>
        <w:t xml:space="preserve"> aan de accommodatie en faciliteiten;</w:t>
      </w:r>
    </w:p>
    <w:p w14:paraId="13D72BD2" w14:textId="77777777" w:rsidR="00793CDB" w:rsidRPr="00445814" w:rsidRDefault="00F618A9">
      <w:pPr>
        <w:pStyle w:val="Lijstopsomteken"/>
        <w:ind w:left="340" w:hanging="142"/>
        <w:rPr>
          <w:lang w:val="nl-NL"/>
        </w:rPr>
      </w:pPr>
      <w:proofErr w:type="gramStart"/>
      <w:r w:rsidRPr="00445814">
        <w:rPr>
          <w:lang w:val="nl-NL"/>
        </w:rPr>
        <w:t>de</w:t>
      </w:r>
      <w:proofErr w:type="gramEnd"/>
      <w:r w:rsidRPr="00445814">
        <w:rPr>
          <w:lang w:val="nl-NL"/>
        </w:rPr>
        <w:t xml:space="preserve"> organisatie van de jeugdafdeling;</w:t>
      </w:r>
    </w:p>
    <w:p w14:paraId="40B8CB70" w14:textId="77777777" w:rsidR="00793CDB" w:rsidRDefault="00F618A9">
      <w:pPr>
        <w:pStyle w:val="Lijstopsomteken"/>
        <w:ind w:left="340" w:hanging="142"/>
      </w:pPr>
      <w:r>
        <w:t xml:space="preserve">het </w:t>
      </w:r>
      <w:proofErr w:type="spellStart"/>
      <w:r>
        <w:t>technisch</w:t>
      </w:r>
      <w:proofErr w:type="spellEnd"/>
      <w:r>
        <w:t xml:space="preserve"> </w:t>
      </w:r>
      <w:proofErr w:type="spellStart"/>
      <w:r>
        <w:t>beleid</w:t>
      </w:r>
      <w:proofErr w:type="spellEnd"/>
      <w:r>
        <w:t>;</w:t>
      </w:r>
    </w:p>
    <w:p w14:paraId="0C6171B7" w14:textId="77777777" w:rsidR="00793CDB" w:rsidRPr="00445814" w:rsidRDefault="00F618A9">
      <w:pPr>
        <w:pStyle w:val="Lijstopsomteken"/>
        <w:ind w:left="340" w:hanging="142"/>
        <w:rPr>
          <w:lang w:val="nl-NL"/>
        </w:rPr>
      </w:pPr>
      <w:proofErr w:type="gramStart"/>
      <w:r w:rsidRPr="00445814">
        <w:rPr>
          <w:lang w:val="nl-NL"/>
        </w:rPr>
        <w:t>de</w:t>
      </w:r>
      <w:proofErr w:type="gramEnd"/>
      <w:r w:rsidRPr="00445814">
        <w:rPr>
          <w:lang w:val="nl-NL"/>
        </w:rPr>
        <w:t xml:space="preserve"> positie van DVS 2 en de toekomst van het seniorenvoetbal;</w:t>
      </w:r>
    </w:p>
    <w:p w14:paraId="11542DC9" w14:textId="77777777" w:rsidR="00793CDB" w:rsidRPr="00445814" w:rsidRDefault="00F618A9">
      <w:pPr>
        <w:pStyle w:val="Lijstopsomteken"/>
        <w:ind w:left="340" w:hanging="142"/>
        <w:rPr>
          <w:lang w:val="nl-NL"/>
        </w:rPr>
      </w:pPr>
      <w:proofErr w:type="gramStart"/>
      <w:r w:rsidRPr="00445814">
        <w:rPr>
          <w:lang w:val="nl-NL"/>
        </w:rPr>
        <w:t>sociale</w:t>
      </w:r>
      <w:proofErr w:type="gramEnd"/>
      <w:r w:rsidRPr="00445814">
        <w:rPr>
          <w:lang w:val="nl-NL"/>
        </w:rPr>
        <w:t xml:space="preserve"> veiligheid binnen de vereniging;</w:t>
      </w:r>
    </w:p>
    <w:p w14:paraId="656D2340" w14:textId="77777777" w:rsidR="00793CDB" w:rsidRDefault="00F618A9">
      <w:pPr>
        <w:pStyle w:val="Lijstopsomteken"/>
        <w:ind w:left="340" w:hanging="142"/>
      </w:pPr>
      <w:proofErr w:type="spellStart"/>
      <w:r>
        <w:t>vrijwilligers</w:t>
      </w:r>
      <w:proofErr w:type="spellEnd"/>
      <w:r>
        <w:t xml:space="preserve"> </w:t>
      </w:r>
      <w:proofErr w:type="spellStart"/>
      <w:r>
        <w:t>en</w:t>
      </w:r>
      <w:proofErr w:type="spellEnd"/>
      <w:r>
        <w:t xml:space="preserve"> </w:t>
      </w:r>
      <w:proofErr w:type="spellStart"/>
      <w:r>
        <w:t>scheidsrechters</w:t>
      </w:r>
      <w:proofErr w:type="spellEnd"/>
      <w:r>
        <w:t>;</w:t>
      </w:r>
    </w:p>
    <w:p w14:paraId="26EE4709" w14:textId="77777777" w:rsidR="00793CDB" w:rsidRDefault="00F618A9">
      <w:pPr>
        <w:pStyle w:val="Lijstopsomteken"/>
        <w:ind w:left="340" w:hanging="142"/>
      </w:pPr>
      <w:r>
        <w:t>communicatie via Voetbal.nl;</w:t>
      </w:r>
    </w:p>
    <w:p w14:paraId="1E27F69E" w14:textId="77777777" w:rsidR="00793CDB" w:rsidRDefault="00F618A9">
      <w:pPr>
        <w:pStyle w:val="Lijstopsomteken"/>
        <w:ind w:left="340" w:hanging="142"/>
      </w:pPr>
      <w:r>
        <w:t>sponsoren;</w:t>
      </w:r>
    </w:p>
    <w:p w14:paraId="7E2CD6C6" w14:textId="77777777" w:rsidR="00793CDB" w:rsidRDefault="00F618A9">
      <w:pPr>
        <w:pStyle w:val="Lijstopsomteken"/>
        <w:ind w:left="340" w:hanging="142"/>
      </w:pPr>
      <w:r>
        <w:t>de Lighttown Cup.</w:t>
      </w:r>
    </w:p>
    <w:p w14:paraId="19385FCB" w14:textId="77777777" w:rsidR="00793CDB" w:rsidRPr="00445814" w:rsidRDefault="00F618A9">
      <w:pPr>
        <w:rPr>
          <w:lang w:val="nl-NL"/>
        </w:rPr>
      </w:pPr>
      <w:r w:rsidRPr="00445814">
        <w:rPr>
          <w:lang w:val="nl-NL"/>
        </w:rPr>
        <w:t>Het bestuur geeft aan samen met de leden en vrijwilligers verder te willen bouwen aan DVS, vanuit de gedachte: “</w:t>
      </w:r>
      <w:proofErr w:type="spellStart"/>
      <w:r w:rsidRPr="00445814">
        <w:rPr>
          <w:lang w:val="nl-NL"/>
        </w:rPr>
        <w:t>DVS’ers</w:t>
      </w:r>
      <w:proofErr w:type="spellEnd"/>
      <w:r w:rsidRPr="00445814">
        <w:rPr>
          <w:lang w:val="nl-NL"/>
        </w:rPr>
        <w:t xml:space="preserve"> zijn wij allen!”</w:t>
      </w:r>
    </w:p>
    <w:p w14:paraId="22BFBDF3" w14:textId="77777777" w:rsidR="00793CDB" w:rsidRPr="00445814" w:rsidRDefault="00F618A9">
      <w:pPr>
        <w:pStyle w:val="Kop1"/>
        <w:rPr>
          <w:lang w:val="nl-NL"/>
        </w:rPr>
      </w:pPr>
      <w:r w:rsidRPr="00445814">
        <w:rPr>
          <w:lang w:val="nl-NL"/>
        </w:rPr>
        <w:lastRenderedPageBreak/>
        <w:t>4. Verslag penningmeester</w:t>
      </w:r>
    </w:p>
    <w:p w14:paraId="30E6C688" w14:textId="77777777" w:rsidR="00793CDB" w:rsidRPr="00445814" w:rsidRDefault="00F618A9">
      <w:pPr>
        <w:pStyle w:val="Kop2"/>
        <w:rPr>
          <w:lang w:val="nl-NL"/>
        </w:rPr>
      </w:pPr>
      <w:r w:rsidRPr="00445814">
        <w:rPr>
          <w:lang w:val="nl-NL"/>
        </w:rPr>
        <w:t>Financiële verantwoording seizoen 2025-2026</w:t>
      </w:r>
    </w:p>
    <w:p w14:paraId="555DBE39" w14:textId="77777777" w:rsidR="006E2325" w:rsidRPr="006E2325" w:rsidRDefault="006E2325" w:rsidP="006E2325">
      <w:pPr>
        <w:pStyle w:val="Kop2"/>
        <w:rPr>
          <w:b w:val="0"/>
          <w:bCs w:val="0"/>
          <w:lang w:val="nl-NL"/>
        </w:rPr>
      </w:pPr>
      <w:r w:rsidRPr="006E2325">
        <w:rPr>
          <w:i/>
          <w:iCs/>
          <w:lang w:val="nl-NL"/>
        </w:rPr>
        <w:t>Exploitatieresultaat</w:t>
      </w:r>
      <w:r w:rsidRPr="006E2325">
        <w:rPr>
          <w:i/>
          <w:iCs/>
          <w:lang w:val="nl-NL"/>
        </w:rPr>
        <w:br/>
      </w:r>
      <w:r w:rsidRPr="006E2325">
        <w:rPr>
          <w:b w:val="0"/>
          <w:bCs w:val="0"/>
          <w:lang w:val="nl-NL"/>
        </w:rPr>
        <w:t>Het seizoen 2025-2026 is afgesloten met een negatief exploitatieresultaat. Dit resultaat is lager dan in het voorgaande seizoen en wordt voornamelijk veroorzaakt door de verbouwing van de meisjeskleedkamer. Zonder deze eenmalige kosten zou sprake zijn geweest van een positief exploitatieresultaat.</w:t>
      </w:r>
    </w:p>
    <w:p w14:paraId="08576C33" w14:textId="77777777" w:rsidR="006E2325" w:rsidRPr="006E2325" w:rsidRDefault="006E2325" w:rsidP="006E2325">
      <w:pPr>
        <w:pStyle w:val="Kop2"/>
        <w:rPr>
          <w:b w:val="0"/>
          <w:bCs w:val="0"/>
          <w:lang w:val="nl-NL"/>
        </w:rPr>
      </w:pPr>
      <w:r w:rsidRPr="006E2325">
        <w:rPr>
          <w:b w:val="0"/>
          <w:bCs w:val="0"/>
          <w:lang w:val="nl-NL"/>
        </w:rPr>
        <w:t>Ten opzichte van het voorgaande seizoen zijn de belangrijkste ontwikkelingen:</w:t>
      </w:r>
    </w:p>
    <w:p w14:paraId="1CDE8BB0"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hogere</w:t>
      </w:r>
      <w:proofErr w:type="gramEnd"/>
      <w:r w:rsidRPr="006E2325">
        <w:rPr>
          <w:b w:val="0"/>
          <w:bCs w:val="0"/>
          <w:lang w:val="nl-NL"/>
        </w:rPr>
        <w:t xml:space="preserve"> contributie-inkomsten door groei van het aantal leden;</w:t>
      </w:r>
    </w:p>
    <w:p w14:paraId="20A1AA64"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een</w:t>
      </w:r>
      <w:proofErr w:type="gramEnd"/>
      <w:r w:rsidRPr="006E2325">
        <w:rPr>
          <w:b w:val="0"/>
          <w:bCs w:val="0"/>
          <w:lang w:val="nl-NL"/>
        </w:rPr>
        <w:t xml:space="preserve"> lagere kantineomzet, met daartegenover lagere inkoopkosten;</w:t>
      </w:r>
    </w:p>
    <w:p w14:paraId="751294CB"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hogere</w:t>
      </w:r>
      <w:proofErr w:type="gramEnd"/>
      <w:r w:rsidRPr="006E2325">
        <w:rPr>
          <w:b w:val="0"/>
          <w:bCs w:val="0"/>
          <w:lang w:val="nl-NL"/>
        </w:rPr>
        <w:t xml:space="preserve"> sponsorinkomsten;</w:t>
      </w:r>
    </w:p>
    <w:p w14:paraId="64E3211C"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ontvangen</w:t>
      </w:r>
      <w:proofErr w:type="gramEnd"/>
      <w:r w:rsidRPr="006E2325">
        <w:rPr>
          <w:b w:val="0"/>
          <w:bCs w:val="0"/>
          <w:lang w:val="nl-NL"/>
        </w:rPr>
        <w:t xml:space="preserve"> subsidie in verband met de verbouwing van de meisjeskleedkamer;</w:t>
      </w:r>
    </w:p>
    <w:p w14:paraId="787A28A1"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personeelskosten</w:t>
      </w:r>
      <w:proofErr w:type="gramEnd"/>
      <w:r w:rsidRPr="006E2325">
        <w:rPr>
          <w:b w:val="0"/>
          <w:bCs w:val="0"/>
          <w:lang w:val="nl-NL"/>
        </w:rPr>
        <w:t xml:space="preserve"> die ongeveer in lijn liggen met het voorgaande seizoen;</w:t>
      </w:r>
    </w:p>
    <w:p w14:paraId="01759331"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lagere</w:t>
      </w:r>
      <w:proofErr w:type="gramEnd"/>
      <w:r w:rsidRPr="006E2325">
        <w:rPr>
          <w:b w:val="0"/>
          <w:bCs w:val="0"/>
          <w:lang w:val="nl-NL"/>
        </w:rPr>
        <w:t xml:space="preserve"> huur- en energiekosten;</w:t>
      </w:r>
    </w:p>
    <w:p w14:paraId="169C6518" w14:textId="77777777" w:rsidR="006E2325" w:rsidRPr="006E2325" w:rsidRDefault="006E2325" w:rsidP="006E2325">
      <w:pPr>
        <w:pStyle w:val="Kop2"/>
        <w:numPr>
          <w:ilvl w:val="0"/>
          <w:numId w:val="10"/>
        </w:numPr>
        <w:rPr>
          <w:b w:val="0"/>
          <w:bCs w:val="0"/>
          <w:lang w:val="nl-NL"/>
        </w:rPr>
      </w:pPr>
      <w:proofErr w:type="gramStart"/>
      <w:r w:rsidRPr="006E2325">
        <w:rPr>
          <w:b w:val="0"/>
          <w:bCs w:val="0"/>
          <w:lang w:val="nl-NL"/>
        </w:rPr>
        <w:t>hogere</w:t>
      </w:r>
      <w:proofErr w:type="gramEnd"/>
      <w:r w:rsidRPr="006E2325">
        <w:rPr>
          <w:b w:val="0"/>
          <w:bCs w:val="0"/>
          <w:lang w:val="nl-NL"/>
        </w:rPr>
        <w:t xml:space="preserve"> onderhoudskosten, voornamelijk als gevolg van de verbouwing.</w:t>
      </w:r>
    </w:p>
    <w:p w14:paraId="08DEF63B" w14:textId="77777777" w:rsidR="006E2325" w:rsidRPr="006E2325" w:rsidRDefault="006E2325" w:rsidP="006E2325">
      <w:pPr>
        <w:pStyle w:val="Kop2"/>
        <w:rPr>
          <w:b w:val="0"/>
          <w:bCs w:val="0"/>
          <w:lang w:val="nl-NL"/>
        </w:rPr>
      </w:pPr>
      <w:r w:rsidRPr="006E2325">
        <w:rPr>
          <w:i/>
          <w:iCs/>
          <w:lang w:val="nl-NL"/>
        </w:rPr>
        <w:t>Banktegoeden</w:t>
      </w:r>
      <w:r w:rsidRPr="006E2325">
        <w:rPr>
          <w:i/>
          <w:iCs/>
          <w:lang w:val="nl-NL"/>
        </w:rPr>
        <w:br/>
      </w:r>
      <w:r w:rsidRPr="006E2325">
        <w:rPr>
          <w:b w:val="0"/>
          <w:bCs w:val="0"/>
          <w:lang w:val="nl-NL"/>
        </w:rPr>
        <w:t xml:space="preserve">De bankrekeningen bij ING zijn gedurende het seizoen afgesloten en de aanwezige tegoeden zijn overgeboekt naar Rabobank. Een deel van het banksaldo heeft betrekking op nog terug te betalen subsidie voor de meisjeskleedkamer. Aan het einde van het seizoen heeft </w:t>
      </w:r>
      <w:proofErr w:type="gramStart"/>
      <w:r w:rsidRPr="006E2325">
        <w:rPr>
          <w:b w:val="0"/>
          <w:bCs w:val="0"/>
          <w:lang w:val="nl-NL"/>
        </w:rPr>
        <w:t>tevens</w:t>
      </w:r>
      <w:proofErr w:type="gramEnd"/>
      <w:r w:rsidRPr="006E2325">
        <w:rPr>
          <w:b w:val="0"/>
          <w:bCs w:val="0"/>
          <w:lang w:val="nl-NL"/>
        </w:rPr>
        <w:t xml:space="preserve"> een telling van de kas plaatsgevonden.</w:t>
      </w:r>
    </w:p>
    <w:p w14:paraId="6C98F05D" w14:textId="77777777" w:rsidR="006E2325" w:rsidRPr="006E2325" w:rsidRDefault="006E2325" w:rsidP="006E2325">
      <w:pPr>
        <w:pStyle w:val="Kop2"/>
        <w:rPr>
          <w:b w:val="0"/>
          <w:bCs w:val="0"/>
          <w:lang w:val="nl-NL"/>
        </w:rPr>
      </w:pPr>
      <w:r w:rsidRPr="006E2325">
        <w:rPr>
          <w:b w:val="0"/>
          <w:bCs w:val="0"/>
          <w:lang w:val="nl-NL"/>
        </w:rPr>
        <w:t>Naar aanleiding van een vraag vanuit de vergadering licht het bestuur toe dat de keuze om uitsluitend bij Rabobank te bankieren is gebaseerd op een afweging tussen de kosten van het aanhouden van meerdere bankrekeningen en het daarmee af te dekken risico.</w:t>
      </w:r>
    </w:p>
    <w:p w14:paraId="43A8E6CA" w14:textId="77777777" w:rsidR="00793CDB" w:rsidRPr="00445814" w:rsidRDefault="00F618A9">
      <w:pPr>
        <w:pStyle w:val="Kop2"/>
        <w:rPr>
          <w:lang w:val="nl-NL"/>
        </w:rPr>
      </w:pPr>
      <w:r w:rsidRPr="00445814">
        <w:rPr>
          <w:lang w:val="nl-NL"/>
        </w:rPr>
        <w:t>V</w:t>
      </w:r>
      <w:r w:rsidRPr="00445814">
        <w:rPr>
          <w:lang w:val="nl-NL"/>
        </w:rPr>
        <w:t>aststelling contributies seizoen 2027-2028</w:t>
      </w:r>
    </w:p>
    <w:p w14:paraId="41AAB936" w14:textId="77777777" w:rsidR="00793CDB" w:rsidRDefault="00F618A9">
      <w:r w:rsidRPr="00445814">
        <w:rPr>
          <w:lang w:val="nl-NL"/>
        </w:rPr>
        <w:t xml:space="preserve">De afgelopen twee seizoenen is de contributie verhoogd. Het bestuur heeft onderzocht in hoeverre de contributies van DVS marktconform zijn ten opzichte van omliggende voetbalverenigingen. </w:t>
      </w:r>
      <w:r>
        <w:t xml:space="preserve">Op basis </w:t>
      </w:r>
      <w:proofErr w:type="spellStart"/>
      <w:r>
        <w:t>daarvan</w:t>
      </w:r>
      <w:proofErr w:type="spellEnd"/>
      <w:r>
        <w:t xml:space="preserve"> </w:t>
      </w:r>
      <w:proofErr w:type="spellStart"/>
      <w:r>
        <w:t>worden</w:t>
      </w:r>
      <w:proofErr w:type="spellEnd"/>
      <w:r>
        <w:t xml:space="preserve"> </w:t>
      </w:r>
      <w:proofErr w:type="spellStart"/>
      <w:r>
        <w:t>alleen</w:t>
      </w:r>
      <w:proofErr w:type="spellEnd"/>
      <w:r>
        <w:t xml:space="preserve"> </w:t>
      </w:r>
      <w:proofErr w:type="spellStart"/>
      <w:r>
        <w:t>beperkte</w:t>
      </w:r>
      <w:proofErr w:type="spellEnd"/>
      <w:r>
        <w:t xml:space="preserve"> aanpassingen voorgesteld.</w:t>
      </w:r>
    </w:p>
    <w:tbl>
      <w:tblPr>
        <w:tblW w:w="0" w:type="auto"/>
        <w:tblLayout w:type="fixed"/>
        <w:tblLook w:val="04A0" w:firstRow="1" w:lastRow="0" w:firstColumn="1" w:lastColumn="0" w:noHBand="0" w:noVBand="1"/>
      </w:tblPr>
      <w:tblGrid>
        <w:gridCol w:w="6236"/>
        <w:gridCol w:w="3503"/>
      </w:tblGrid>
      <w:tr w:rsidR="00793CDB" w14:paraId="77844627" w14:textId="77777777" w:rsidTr="00445814">
        <w:trPr>
          <w:cantSplit/>
          <w:tblHeader/>
        </w:trPr>
        <w:tc>
          <w:tcPr>
            <w:tcW w:w="6236" w:type="dxa"/>
            <w:shd w:val="clear" w:color="auto" w:fill="075BA7"/>
            <w:tcMar>
              <w:top w:w="100" w:type="dxa"/>
              <w:left w:w="100" w:type="dxa"/>
              <w:bottom w:w="100" w:type="dxa"/>
              <w:right w:w="100" w:type="dxa"/>
            </w:tcMar>
            <w:vAlign w:val="center"/>
          </w:tcPr>
          <w:p w14:paraId="4D9020B0" w14:textId="77777777" w:rsidR="00793CDB" w:rsidRDefault="00F618A9">
            <w:proofErr w:type="spellStart"/>
            <w:r>
              <w:rPr>
                <w:b/>
                <w:color w:val="FFFFFF"/>
              </w:rPr>
              <w:t>Categorie</w:t>
            </w:r>
            <w:proofErr w:type="spellEnd"/>
          </w:p>
        </w:tc>
        <w:tc>
          <w:tcPr>
            <w:tcW w:w="3503" w:type="dxa"/>
            <w:shd w:val="clear" w:color="auto" w:fill="075BA7"/>
            <w:tcMar>
              <w:top w:w="100" w:type="dxa"/>
              <w:left w:w="100" w:type="dxa"/>
              <w:bottom w:w="100" w:type="dxa"/>
              <w:right w:w="100" w:type="dxa"/>
            </w:tcMar>
            <w:vAlign w:val="center"/>
          </w:tcPr>
          <w:p w14:paraId="2D42D223" w14:textId="77777777" w:rsidR="00793CDB" w:rsidRDefault="00F618A9">
            <w:r>
              <w:rPr>
                <w:b/>
                <w:color w:val="FFFFFF"/>
              </w:rPr>
              <w:t>Contributie 2027-2028</w:t>
            </w:r>
          </w:p>
        </w:tc>
      </w:tr>
      <w:tr w:rsidR="00793CDB" w14:paraId="19D43B66" w14:textId="77777777" w:rsidTr="00445814">
        <w:trPr>
          <w:cantSplit/>
        </w:trPr>
        <w:tc>
          <w:tcPr>
            <w:tcW w:w="6236" w:type="dxa"/>
            <w:tcMar>
              <w:top w:w="100" w:type="dxa"/>
              <w:left w:w="100" w:type="dxa"/>
              <w:bottom w:w="100" w:type="dxa"/>
              <w:right w:w="100" w:type="dxa"/>
            </w:tcMar>
            <w:vAlign w:val="center"/>
          </w:tcPr>
          <w:p w14:paraId="28844446" w14:textId="77777777" w:rsidR="00793CDB" w:rsidRDefault="00F618A9">
            <w:r>
              <w:t>Senioren</w:t>
            </w:r>
          </w:p>
        </w:tc>
        <w:tc>
          <w:tcPr>
            <w:tcW w:w="3503" w:type="dxa"/>
            <w:tcMar>
              <w:top w:w="100" w:type="dxa"/>
              <w:left w:w="100" w:type="dxa"/>
              <w:bottom w:w="100" w:type="dxa"/>
              <w:right w:w="100" w:type="dxa"/>
            </w:tcMar>
            <w:vAlign w:val="center"/>
          </w:tcPr>
          <w:p w14:paraId="753BFFE0" w14:textId="77777777" w:rsidR="00793CDB" w:rsidRDefault="00F618A9">
            <w:pPr>
              <w:jc w:val="center"/>
            </w:pPr>
            <w:r>
              <w:t>€ 260</w:t>
            </w:r>
          </w:p>
        </w:tc>
      </w:tr>
      <w:tr w:rsidR="00793CDB" w14:paraId="6F0F38DF" w14:textId="77777777" w:rsidTr="00445814">
        <w:trPr>
          <w:cantSplit/>
        </w:trPr>
        <w:tc>
          <w:tcPr>
            <w:tcW w:w="6236" w:type="dxa"/>
            <w:shd w:val="clear" w:color="auto" w:fill="EAF2F8"/>
            <w:tcMar>
              <w:top w:w="100" w:type="dxa"/>
              <w:left w:w="100" w:type="dxa"/>
              <w:bottom w:w="100" w:type="dxa"/>
              <w:right w:w="100" w:type="dxa"/>
            </w:tcMar>
            <w:vAlign w:val="center"/>
          </w:tcPr>
          <w:p w14:paraId="7DF777D1" w14:textId="77777777" w:rsidR="00793CDB" w:rsidRDefault="00F618A9">
            <w:r>
              <w:t>Junioren</w:t>
            </w:r>
          </w:p>
        </w:tc>
        <w:tc>
          <w:tcPr>
            <w:tcW w:w="3503" w:type="dxa"/>
            <w:shd w:val="clear" w:color="auto" w:fill="EAF2F8"/>
            <w:tcMar>
              <w:top w:w="100" w:type="dxa"/>
              <w:left w:w="100" w:type="dxa"/>
              <w:bottom w:w="100" w:type="dxa"/>
              <w:right w:w="100" w:type="dxa"/>
            </w:tcMar>
            <w:vAlign w:val="center"/>
          </w:tcPr>
          <w:p w14:paraId="19BC7CDF" w14:textId="77777777" w:rsidR="00793CDB" w:rsidRDefault="00F618A9">
            <w:pPr>
              <w:jc w:val="center"/>
            </w:pPr>
            <w:r>
              <w:t>€ 200</w:t>
            </w:r>
          </w:p>
        </w:tc>
      </w:tr>
      <w:tr w:rsidR="00793CDB" w14:paraId="34F39EB7" w14:textId="77777777" w:rsidTr="00445814">
        <w:trPr>
          <w:cantSplit/>
        </w:trPr>
        <w:tc>
          <w:tcPr>
            <w:tcW w:w="6236" w:type="dxa"/>
            <w:tcMar>
              <w:top w:w="100" w:type="dxa"/>
              <w:left w:w="100" w:type="dxa"/>
              <w:bottom w:w="100" w:type="dxa"/>
              <w:right w:w="100" w:type="dxa"/>
            </w:tcMar>
            <w:vAlign w:val="center"/>
          </w:tcPr>
          <w:p w14:paraId="3605B641" w14:textId="77777777" w:rsidR="00793CDB" w:rsidRDefault="00F618A9">
            <w:r>
              <w:t>Damesvoetbal</w:t>
            </w:r>
          </w:p>
        </w:tc>
        <w:tc>
          <w:tcPr>
            <w:tcW w:w="3503" w:type="dxa"/>
            <w:tcMar>
              <w:top w:w="100" w:type="dxa"/>
              <w:left w:w="100" w:type="dxa"/>
              <w:bottom w:w="100" w:type="dxa"/>
              <w:right w:w="100" w:type="dxa"/>
            </w:tcMar>
            <w:vAlign w:val="center"/>
          </w:tcPr>
          <w:p w14:paraId="142D9D2E" w14:textId="77777777" w:rsidR="00793CDB" w:rsidRDefault="00F618A9">
            <w:pPr>
              <w:jc w:val="center"/>
            </w:pPr>
            <w:r>
              <w:t>€ 135</w:t>
            </w:r>
          </w:p>
        </w:tc>
      </w:tr>
      <w:tr w:rsidR="00793CDB" w14:paraId="62968AD9" w14:textId="77777777" w:rsidTr="00445814">
        <w:trPr>
          <w:cantSplit/>
        </w:trPr>
        <w:tc>
          <w:tcPr>
            <w:tcW w:w="6236" w:type="dxa"/>
            <w:shd w:val="clear" w:color="auto" w:fill="EAF2F8"/>
            <w:tcMar>
              <w:top w:w="100" w:type="dxa"/>
              <w:left w:w="100" w:type="dxa"/>
              <w:bottom w:w="100" w:type="dxa"/>
              <w:right w:w="100" w:type="dxa"/>
            </w:tcMar>
            <w:vAlign w:val="center"/>
          </w:tcPr>
          <w:p w14:paraId="011CA462" w14:textId="77777777" w:rsidR="00793CDB" w:rsidRDefault="00F618A9">
            <w:r>
              <w:t>Minipupillen</w:t>
            </w:r>
          </w:p>
        </w:tc>
        <w:tc>
          <w:tcPr>
            <w:tcW w:w="3503" w:type="dxa"/>
            <w:shd w:val="clear" w:color="auto" w:fill="EAF2F8"/>
            <w:tcMar>
              <w:top w:w="100" w:type="dxa"/>
              <w:left w:w="100" w:type="dxa"/>
              <w:bottom w:w="100" w:type="dxa"/>
              <w:right w:w="100" w:type="dxa"/>
            </w:tcMar>
            <w:vAlign w:val="center"/>
          </w:tcPr>
          <w:p w14:paraId="42DAE52B" w14:textId="77777777" w:rsidR="00793CDB" w:rsidRDefault="00F618A9">
            <w:pPr>
              <w:jc w:val="center"/>
            </w:pPr>
            <w:r>
              <w:t>€ 110</w:t>
            </w:r>
          </w:p>
        </w:tc>
      </w:tr>
      <w:tr w:rsidR="00793CDB" w14:paraId="52ED4A1B" w14:textId="77777777" w:rsidTr="00445814">
        <w:trPr>
          <w:cantSplit/>
        </w:trPr>
        <w:tc>
          <w:tcPr>
            <w:tcW w:w="6236" w:type="dxa"/>
            <w:tcMar>
              <w:top w:w="100" w:type="dxa"/>
              <w:left w:w="100" w:type="dxa"/>
              <w:bottom w:w="100" w:type="dxa"/>
              <w:right w:w="100" w:type="dxa"/>
            </w:tcMar>
            <w:vAlign w:val="center"/>
          </w:tcPr>
          <w:p w14:paraId="44597F2C" w14:textId="77777777" w:rsidR="00793CDB" w:rsidRDefault="00F618A9">
            <w:r>
              <w:lastRenderedPageBreak/>
              <w:t>Trainingslid</w:t>
            </w:r>
          </w:p>
        </w:tc>
        <w:tc>
          <w:tcPr>
            <w:tcW w:w="3503" w:type="dxa"/>
            <w:tcMar>
              <w:top w:w="100" w:type="dxa"/>
              <w:left w:w="100" w:type="dxa"/>
              <w:bottom w:w="100" w:type="dxa"/>
              <w:right w:w="100" w:type="dxa"/>
            </w:tcMar>
            <w:vAlign w:val="center"/>
          </w:tcPr>
          <w:p w14:paraId="38709ABE" w14:textId="77777777" w:rsidR="00793CDB" w:rsidRDefault="00F618A9">
            <w:pPr>
              <w:jc w:val="center"/>
            </w:pPr>
            <w:r>
              <w:t>€ 110</w:t>
            </w:r>
          </w:p>
        </w:tc>
      </w:tr>
      <w:tr w:rsidR="00793CDB" w14:paraId="57A12A2F" w14:textId="77777777" w:rsidTr="00445814">
        <w:trPr>
          <w:cantSplit/>
        </w:trPr>
        <w:tc>
          <w:tcPr>
            <w:tcW w:w="6236" w:type="dxa"/>
            <w:shd w:val="clear" w:color="auto" w:fill="EAF2F8"/>
            <w:tcMar>
              <w:top w:w="100" w:type="dxa"/>
              <w:left w:w="100" w:type="dxa"/>
              <w:bottom w:w="100" w:type="dxa"/>
              <w:right w:w="100" w:type="dxa"/>
            </w:tcMar>
            <w:vAlign w:val="center"/>
          </w:tcPr>
          <w:p w14:paraId="7440DAE7" w14:textId="77777777" w:rsidR="00793CDB" w:rsidRDefault="00F618A9">
            <w:r>
              <w:t>Oproepspeler</w:t>
            </w:r>
          </w:p>
        </w:tc>
        <w:tc>
          <w:tcPr>
            <w:tcW w:w="3503" w:type="dxa"/>
            <w:shd w:val="clear" w:color="auto" w:fill="EAF2F8"/>
            <w:tcMar>
              <w:top w:w="100" w:type="dxa"/>
              <w:left w:w="100" w:type="dxa"/>
              <w:bottom w:w="100" w:type="dxa"/>
              <w:right w:w="100" w:type="dxa"/>
            </w:tcMar>
            <w:vAlign w:val="center"/>
          </w:tcPr>
          <w:p w14:paraId="771ABBBD" w14:textId="77777777" w:rsidR="00793CDB" w:rsidRDefault="00F618A9">
            <w:pPr>
              <w:jc w:val="center"/>
            </w:pPr>
            <w:r>
              <w:t>€ 100</w:t>
            </w:r>
          </w:p>
        </w:tc>
      </w:tr>
      <w:tr w:rsidR="00793CDB" w14:paraId="090296BD" w14:textId="77777777" w:rsidTr="00445814">
        <w:trPr>
          <w:cantSplit/>
        </w:trPr>
        <w:tc>
          <w:tcPr>
            <w:tcW w:w="6236" w:type="dxa"/>
            <w:tcMar>
              <w:top w:w="100" w:type="dxa"/>
              <w:left w:w="100" w:type="dxa"/>
              <w:bottom w:w="100" w:type="dxa"/>
              <w:right w:w="100" w:type="dxa"/>
            </w:tcMar>
            <w:vAlign w:val="center"/>
          </w:tcPr>
          <w:p w14:paraId="5CDC35E6" w14:textId="77777777" w:rsidR="00793CDB" w:rsidRDefault="00F618A9">
            <w:r>
              <w:t>Walking Football</w:t>
            </w:r>
          </w:p>
        </w:tc>
        <w:tc>
          <w:tcPr>
            <w:tcW w:w="3503" w:type="dxa"/>
            <w:tcMar>
              <w:top w:w="100" w:type="dxa"/>
              <w:left w:w="100" w:type="dxa"/>
              <w:bottom w:w="100" w:type="dxa"/>
              <w:right w:w="100" w:type="dxa"/>
            </w:tcMar>
            <w:vAlign w:val="center"/>
          </w:tcPr>
          <w:p w14:paraId="070C96D1" w14:textId="77777777" w:rsidR="00793CDB" w:rsidRDefault="00F618A9">
            <w:pPr>
              <w:jc w:val="center"/>
            </w:pPr>
            <w:r>
              <w:t>€ 65</w:t>
            </w:r>
          </w:p>
        </w:tc>
      </w:tr>
      <w:tr w:rsidR="00793CDB" w14:paraId="6EB018EC" w14:textId="77777777" w:rsidTr="00445814">
        <w:trPr>
          <w:cantSplit/>
        </w:trPr>
        <w:tc>
          <w:tcPr>
            <w:tcW w:w="6236" w:type="dxa"/>
            <w:shd w:val="clear" w:color="auto" w:fill="EAF2F8"/>
            <w:tcMar>
              <w:top w:w="100" w:type="dxa"/>
              <w:left w:w="100" w:type="dxa"/>
              <w:bottom w:w="100" w:type="dxa"/>
              <w:right w:w="100" w:type="dxa"/>
            </w:tcMar>
            <w:vAlign w:val="center"/>
          </w:tcPr>
          <w:p w14:paraId="435D76B9" w14:textId="77777777" w:rsidR="00793CDB" w:rsidRDefault="00F618A9">
            <w:r>
              <w:t>Veteranen (35+/45+)</w:t>
            </w:r>
          </w:p>
        </w:tc>
        <w:tc>
          <w:tcPr>
            <w:tcW w:w="3503" w:type="dxa"/>
            <w:shd w:val="clear" w:color="auto" w:fill="EAF2F8"/>
            <w:tcMar>
              <w:top w:w="100" w:type="dxa"/>
              <w:left w:w="100" w:type="dxa"/>
              <w:bottom w:w="100" w:type="dxa"/>
              <w:right w:w="100" w:type="dxa"/>
            </w:tcMar>
            <w:vAlign w:val="center"/>
          </w:tcPr>
          <w:p w14:paraId="73A07B88" w14:textId="77777777" w:rsidR="00793CDB" w:rsidRDefault="00F618A9">
            <w:pPr>
              <w:jc w:val="center"/>
            </w:pPr>
            <w:r>
              <w:t>€ 50</w:t>
            </w:r>
          </w:p>
        </w:tc>
      </w:tr>
      <w:tr w:rsidR="00793CDB" w14:paraId="57D1E8E1" w14:textId="77777777" w:rsidTr="00445814">
        <w:trPr>
          <w:cantSplit/>
        </w:trPr>
        <w:tc>
          <w:tcPr>
            <w:tcW w:w="6236" w:type="dxa"/>
            <w:tcMar>
              <w:top w:w="100" w:type="dxa"/>
              <w:left w:w="100" w:type="dxa"/>
              <w:bottom w:w="100" w:type="dxa"/>
              <w:right w:w="100" w:type="dxa"/>
            </w:tcMar>
            <w:vAlign w:val="center"/>
          </w:tcPr>
          <w:p w14:paraId="74B91423" w14:textId="77777777" w:rsidR="00793CDB" w:rsidRDefault="00F618A9">
            <w:r>
              <w:t>Rustend lid</w:t>
            </w:r>
          </w:p>
        </w:tc>
        <w:tc>
          <w:tcPr>
            <w:tcW w:w="3503" w:type="dxa"/>
            <w:tcMar>
              <w:top w:w="100" w:type="dxa"/>
              <w:left w:w="100" w:type="dxa"/>
              <w:bottom w:w="100" w:type="dxa"/>
              <w:right w:w="100" w:type="dxa"/>
            </w:tcMar>
            <w:vAlign w:val="center"/>
          </w:tcPr>
          <w:p w14:paraId="7B466D09" w14:textId="77777777" w:rsidR="00793CDB" w:rsidRDefault="00F618A9">
            <w:pPr>
              <w:jc w:val="center"/>
            </w:pPr>
            <w:r>
              <w:t>€ 35</w:t>
            </w:r>
          </w:p>
        </w:tc>
      </w:tr>
    </w:tbl>
    <w:p w14:paraId="2ADFEE42" w14:textId="77777777" w:rsidR="00793CDB" w:rsidRPr="00445814" w:rsidRDefault="00F618A9">
      <w:pPr>
        <w:rPr>
          <w:lang w:val="nl-NL"/>
        </w:rPr>
      </w:pPr>
      <w:r w:rsidRPr="00445814">
        <w:rPr>
          <w:lang w:val="nl-NL"/>
        </w:rPr>
        <w:t>Daarnaast worden de volgende regels vastgesteld:</w:t>
      </w:r>
    </w:p>
    <w:p w14:paraId="6BC430BE" w14:textId="77777777" w:rsidR="00793CDB" w:rsidRDefault="00F618A9">
      <w:pPr>
        <w:pStyle w:val="Lijstopsomteken"/>
        <w:ind w:left="340" w:hanging="142"/>
      </w:pPr>
      <w:r w:rsidRPr="00445814">
        <w:rPr>
          <w:lang w:val="nl-NL"/>
        </w:rPr>
        <w:t xml:space="preserve">Met ingang van seizoen 2027-2028 wordt de mogelijkheid van kwartaalcontributie afgeschaft. </w:t>
      </w:r>
      <w:r>
        <w:t xml:space="preserve">Met de </w:t>
      </w:r>
      <w:proofErr w:type="spellStart"/>
      <w:r>
        <w:t>betrokken</w:t>
      </w:r>
      <w:proofErr w:type="spellEnd"/>
      <w:r>
        <w:t xml:space="preserve"> </w:t>
      </w:r>
      <w:proofErr w:type="spellStart"/>
      <w:r>
        <w:t>leden</w:t>
      </w:r>
      <w:proofErr w:type="spellEnd"/>
      <w:r>
        <w:t xml:space="preserve"> </w:t>
      </w:r>
      <w:proofErr w:type="spellStart"/>
      <w:r>
        <w:t>wordt</w:t>
      </w:r>
      <w:proofErr w:type="spellEnd"/>
      <w:r>
        <w:t xml:space="preserve"> </w:t>
      </w:r>
      <w:proofErr w:type="spellStart"/>
      <w:r>
        <w:t>actief</w:t>
      </w:r>
      <w:proofErr w:type="spellEnd"/>
      <w:r>
        <w:t xml:space="preserve"> contact opgenomen.</w:t>
      </w:r>
    </w:p>
    <w:p w14:paraId="608ECFE6" w14:textId="77777777" w:rsidR="00793CDB" w:rsidRPr="00445814" w:rsidRDefault="00F618A9">
      <w:pPr>
        <w:pStyle w:val="Lijstopsomteken"/>
        <w:ind w:left="340" w:hanging="142"/>
        <w:rPr>
          <w:lang w:val="nl-NL"/>
        </w:rPr>
      </w:pPr>
      <w:r w:rsidRPr="00445814">
        <w:rPr>
          <w:lang w:val="nl-NL"/>
        </w:rPr>
        <w:t>Bij het storneren van de contributie worden de administratiekosten van € 10 strenger toegepast vanwege de extra administratieve handelingen.</w:t>
      </w:r>
    </w:p>
    <w:p w14:paraId="61CA9387" w14:textId="77777777" w:rsidR="00793CDB" w:rsidRPr="00445814" w:rsidRDefault="00F618A9">
      <w:pPr>
        <w:pStyle w:val="Lijstopsomteken"/>
        <w:ind w:left="340" w:hanging="142"/>
        <w:rPr>
          <w:lang w:val="nl-NL"/>
        </w:rPr>
      </w:pPr>
      <w:r w:rsidRPr="00445814">
        <w:rPr>
          <w:lang w:val="nl-NL"/>
        </w:rPr>
        <w:t>De contributie voor het damesvoetbal wordt aangepast. Deze verhoging was het voorgaande jaar al voorgesteld, maar is per abuis niet doorgevoerd.</w:t>
      </w:r>
    </w:p>
    <w:p w14:paraId="338A8E3E" w14:textId="77777777" w:rsidR="00793CDB" w:rsidRPr="00445814" w:rsidRDefault="00F618A9">
      <w:pPr>
        <w:pStyle w:val="Lijstopsomteken"/>
        <w:ind w:left="340" w:hanging="142"/>
        <w:rPr>
          <w:lang w:val="nl-NL"/>
        </w:rPr>
      </w:pPr>
      <w:r w:rsidRPr="00445814">
        <w:rPr>
          <w:lang w:val="nl-NL"/>
        </w:rPr>
        <w:t>De contributie voor veteranen wordt verhoogd om deze beter in lijn te brengen met omliggende verenigingen.</w:t>
      </w:r>
    </w:p>
    <w:p w14:paraId="657F9F16" w14:textId="77777777" w:rsidR="00793CDB" w:rsidRPr="00445814" w:rsidRDefault="00F618A9">
      <w:pPr>
        <w:pStyle w:val="Lijstopsomteken"/>
        <w:ind w:left="340" w:hanging="142"/>
        <w:rPr>
          <w:lang w:val="nl-NL"/>
        </w:rPr>
      </w:pPr>
      <w:r w:rsidRPr="00445814">
        <w:rPr>
          <w:lang w:val="nl-NL"/>
        </w:rPr>
        <w:t>De contributie voor rustende leden wordt verlaagd naar een meer marktconform bedrag.</w:t>
      </w:r>
    </w:p>
    <w:p w14:paraId="6C070287" w14:textId="77777777" w:rsidR="00793CDB" w:rsidRPr="00445814" w:rsidRDefault="00F618A9">
      <w:pPr>
        <w:rPr>
          <w:lang w:val="nl-NL"/>
        </w:rPr>
      </w:pPr>
      <w:r w:rsidRPr="00445814">
        <w:rPr>
          <w:lang w:val="nl-NL"/>
        </w:rPr>
        <w:t>Het contributievoorstel wordt door de aanwezige leden goedgekeurd.</w:t>
      </w:r>
    </w:p>
    <w:p w14:paraId="63F8F8B1" w14:textId="77777777" w:rsidR="00793CDB" w:rsidRPr="00445814" w:rsidRDefault="00F618A9">
      <w:pPr>
        <w:pStyle w:val="Kop1"/>
        <w:rPr>
          <w:lang w:val="nl-NL"/>
        </w:rPr>
      </w:pPr>
      <w:r w:rsidRPr="00445814">
        <w:rPr>
          <w:lang w:val="nl-NL"/>
        </w:rPr>
        <w:t>5. Verslag kascontrolecommissie</w:t>
      </w:r>
    </w:p>
    <w:p w14:paraId="61697DAF" w14:textId="77777777" w:rsidR="00793CDB" w:rsidRPr="00445814" w:rsidRDefault="00F618A9">
      <w:pPr>
        <w:rPr>
          <w:lang w:val="nl-NL"/>
        </w:rPr>
      </w:pPr>
      <w:r w:rsidRPr="00445814">
        <w:rPr>
          <w:lang w:val="nl-NL"/>
        </w:rPr>
        <w:t>De kascontrole heeft op 16 september 2026 plaatsgevonden. De administratie is zorgvuldig bijgehouden en de jaarcijfers sluiten aan op de aanwezige financiële bescheiden. De kascontrolecommissie heeft geen bijzonderheden geconstateerd die goedkeuring van de jaarrekening in de weg staan.</w:t>
      </w:r>
    </w:p>
    <w:p w14:paraId="2707852F" w14:textId="77777777" w:rsidR="00793CDB" w:rsidRPr="00445814" w:rsidRDefault="00F618A9">
      <w:pPr>
        <w:rPr>
          <w:lang w:val="nl-NL"/>
        </w:rPr>
      </w:pPr>
      <w:r w:rsidRPr="00445814">
        <w:rPr>
          <w:lang w:val="nl-NL"/>
        </w:rPr>
        <w:t>De Algemene Ledenvergadering keurt de jaarrekening over seizoen 2025-2026 goed en verleent het bestuur decharge voor het gevoerde financiële beleid.</w:t>
      </w:r>
    </w:p>
    <w:p w14:paraId="668D110C" w14:textId="77777777" w:rsidR="00793CDB" w:rsidRPr="00445814" w:rsidRDefault="00F618A9">
      <w:pPr>
        <w:rPr>
          <w:lang w:val="nl-NL"/>
        </w:rPr>
      </w:pPr>
      <w:r w:rsidRPr="00445814">
        <w:rPr>
          <w:lang w:val="nl-NL"/>
        </w:rPr>
        <w:t>De kascontrolecommissie doet de volgende aanbevelingen:</w:t>
      </w:r>
    </w:p>
    <w:p w14:paraId="4CD3E34F" w14:textId="77777777" w:rsidR="00793CDB" w:rsidRPr="00445814" w:rsidRDefault="00F618A9">
      <w:pPr>
        <w:pStyle w:val="Lijstopsomteken"/>
        <w:ind w:left="340" w:hanging="142"/>
        <w:rPr>
          <w:lang w:val="nl-NL"/>
        </w:rPr>
      </w:pPr>
      <w:proofErr w:type="gramStart"/>
      <w:r w:rsidRPr="00445814">
        <w:rPr>
          <w:lang w:val="nl-NL"/>
        </w:rPr>
        <w:t>jaarlijks</w:t>
      </w:r>
      <w:proofErr w:type="gramEnd"/>
      <w:r w:rsidRPr="00445814">
        <w:rPr>
          <w:lang w:val="nl-NL"/>
        </w:rPr>
        <w:t xml:space="preserve"> een begroting en een financiële </w:t>
      </w:r>
      <w:proofErr w:type="spellStart"/>
      <w:r w:rsidRPr="00445814">
        <w:rPr>
          <w:lang w:val="nl-NL"/>
        </w:rPr>
        <w:t>meerjarenprognose</w:t>
      </w:r>
      <w:proofErr w:type="spellEnd"/>
      <w:r w:rsidRPr="00445814">
        <w:rPr>
          <w:lang w:val="nl-NL"/>
        </w:rPr>
        <w:t xml:space="preserve"> voor drie tot vijf jaar opstellen;</w:t>
      </w:r>
    </w:p>
    <w:p w14:paraId="77C42164" w14:textId="77777777" w:rsidR="00793CDB" w:rsidRPr="00445814" w:rsidRDefault="00F618A9">
      <w:pPr>
        <w:pStyle w:val="Lijstopsomteken"/>
        <w:ind w:left="340" w:hanging="142"/>
        <w:rPr>
          <w:lang w:val="nl-NL"/>
        </w:rPr>
      </w:pPr>
      <w:proofErr w:type="gramStart"/>
      <w:r w:rsidRPr="00445814">
        <w:rPr>
          <w:lang w:val="nl-NL"/>
        </w:rPr>
        <w:t>de</w:t>
      </w:r>
      <w:proofErr w:type="gramEnd"/>
      <w:r w:rsidRPr="00445814">
        <w:rPr>
          <w:lang w:val="nl-NL"/>
        </w:rPr>
        <w:t xml:space="preserve"> financiële gevolgen van het einde van de salderingsregeling per 1 januari 2027 in kaart brengen;</w:t>
      </w:r>
    </w:p>
    <w:p w14:paraId="3A41F569" w14:textId="77777777" w:rsidR="00793CDB" w:rsidRPr="00445814" w:rsidRDefault="00F618A9">
      <w:pPr>
        <w:pStyle w:val="Lijstopsomteken"/>
        <w:ind w:left="340" w:hanging="142"/>
        <w:rPr>
          <w:lang w:val="nl-NL"/>
        </w:rPr>
      </w:pPr>
      <w:proofErr w:type="gramStart"/>
      <w:r w:rsidRPr="00445814">
        <w:rPr>
          <w:lang w:val="nl-NL"/>
        </w:rPr>
        <w:t>rond</w:t>
      </w:r>
      <w:proofErr w:type="gramEnd"/>
      <w:r w:rsidRPr="00445814">
        <w:rPr>
          <w:lang w:val="nl-NL"/>
        </w:rPr>
        <w:t xml:space="preserve"> de jaarafsluiting jaarlijks een fysieke telling van de kantinevoorraad uitvoeren;</w:t>
      </w:r>
    </w:p>
    <w:p w14:paraId="0F708F32" w14:textId="77777777" w:rsidR="00793CDB" w:rsidRPr="00445814" w:rsidRDefault="00F618A9">
      <w:pPr>
        <w:pStyle w:val="Lijstopsomteken"/>
        <w:ind w:left="340" w:hanging="142"/>
        <w:rPr>
          <w:lang w:val="nl-NL"/>
        </w:rPr>
      </w:pPr>
      <w:proofErr w:type="gramStart"/>
      <w:r w:rsidRPr="00445814">
        <w:rPr>
          <w:lang w:val="nl-NL"/>
        </w:rPr>
        <w:t>mogelijkheden</w:t>
      </w:r>
      <w:proofErr w:type="gramEnd"/>
      <w:r w:rsidRPr="00445814">
        <w:rPr>
          <w:lang w:val="nl-NL"/>
        </w:rPr>
        <w:t xml:space="preserve"> onderzoeken om de energievoorziening verder te optimaliseren en te verduurzamen.</w:t>
      </w:r>
    </w:p>
    <w:p w14:paraId="6C3220AB" w14:textId="77777777" w:rsidR="00793CDB" w:rsidRPr="00445814" w:rsidRDefault="00F618A9">
      <w:pPr>
        <w:rPr>
          <w:lang w:val="nl-NL"/>
        </w:rPr>
      </w:pPr>
      <w:r w:rsidRPr="00445814">
        <w:rPr>
          <w:lang w:val="nl-NL"/>
        </w:rPr>
        <w:t xml:space="preserve">De nieuwe kascontrolecommissie bestaat uit Bob </w:t>
      </w:r>
      <w:proofErr w:type="spellStart"/>
      <w:r w:rsidRPr="00445814">
        <w:rPr>
          <w:lang w:val="nl-NL"/>
        </w:rPr>
        <w:t>Gits</w:t>
      </w:r>
      <w:proofErr w:type="spellEnd"/>
      <w:r w:rsidRPr="00445814">
        <w:rPr>
          <w:lang w:val="nl-NL"/>
        </w:rPr>
        <w:t xml:space="preserve">, Alfred Groote en Willem Bouwman. </w:t>
      </w:r>
      <w:proofErr w:type="spellStart"/>
      <w:r w:rsidRPr="00445814">
        <w:rPr>
          <w:lang w:val="nl-NL"/>
        </w:rPr>
        <w:t>Maryl</w:t>
      </w:r>
      <w:proofErr w:type="spellEnd"/>
      <w:r w:rsidRPr="00445814">
        <w:rPr>
          <w:lang w:val="nl-NL"/>
        </w:rPr>
        <w:t xml:space="preserve"> Boerenkamp wordt benoemd als </w:t>
      </w:r>
      <w:proofErr w:type="spellStart"/>
      <w:r w:rsidRPr="00445814">
        <w:rPr>
          <w:lang w:val="nl-NL"/>
        </w:rPr>
        <w:t>reservelid</w:t>
      </w:r>
      <w:proofErr w:type="spellEnd"/>
      <w:r w:rsidRPr="00445814">
        <w:rPr>
          <w:lang w:val="nl-NL"/>
        </w:rPr>
        <w:t>.</w:t>
      </w:r>
    </w:p>
    <w:p w14:paraId="5A1C201A" w14:textId="77777777" w:rsidR="00793CDB" w:rsidRPr="00445814" w:rsidRDefault="00F618A9">
      <w:pPr>
        <w:pStyle w:val="Kop1"/>
        <w:rPr>
          <w:lang w:val="nl-NL"/>
        </w:rPr>
      </w:pPr>
      <w:r w:rsidRPr="00445814">
        <w:rPr>
          <w:lang w:val="nl-NL"/>
        </w:rPr>
        <w:t>6. Mutaties bestuursleden en leden van commissies</w:t>
      </w:r>
    </w:p>
    <w:p w14:paraId="04087983" w14:textId="77777777" w:rsidR="00793CDB" w:rsidRDefault="00F618A9">
      <w:pPr>
        <w:pStyle w:val="Kop2"/>
      </w:pPr>
      <w:r>
        <w:t xml:space="preserve">Rooster van </w:t>
      </w:r>
      <w:proofErr w:type="spellStart"/>
      <w:r>
        <w:t>aftreden</w:t>
      </w:r>
      <w:proofErr w:type="spellEnd"/>
    </w:p>
    <w:p w14:paraId="542A57ED" w14:textId="77777777" w:rsidR="00793CDB" w:rsidRPr="00445814" w:rsidRDefault="00F618A9">
      <w:pPr>
        <w:pStyle w:val="Lijstopsomteken"/>
        <w:ind w:left="340" w:hanging="142"/>
        <w:rPr>
          <w:lang w:val="nl-NL"/>
        </w:rPr>
      </w:pPr>
      <w:r w:rsidRPr="00445814">
        <w:rPr>
          <w:lang w:val="nl-NL"/>
        </w:rPr>
        <w:t>2026-2027: voorzitter en bestuurslid technische zaken;</w:t>
      </w:r>
    </w:p>
    <w:p w14:paraId="777C07EB" w14:textId="77777777" w:rsidR="00793CDB" w:rsidRDefault="00F618A9">
      <w:pPr>
        <w:pStyle w:val="Lijstopsomteken"/>
        <w:ind w:left="340" w:hanging="142"/>
      </w:pPr>
      <w:r>
        <w:t xml:space="preserve">2027-2028: </w:t>
      </w:r>
      <w:proofErr w:type="spellStart"/>
      <w:r>
        <w:t>penningmeester</w:t>
      </w:r>
      <w:proofErr w:type="spellEnd"/>
      <w:r>
        <w:t xml:space="preserve"> </w:t>
      </w:r>
      <w:proofErr w:type="spellStart"/>
      <w:r>
        <w:t>en</w:t>
      </w:r>
      <w:proofErr w:type="spellEnd"/>
      <w:r>
        <w:t xml:space="preserve"> </w:t>
      </w:r>
      <w:proofErr w:type="spellStart"/>
      <w:r>
        <w:t>jeugdvoorzitter</w:t>
      </w:r>
      <w:proofErr w:type="spellEnd"/>
      <w:r>
        <w:t>;</w:t>
      </w:r>
    </w:p>
    <w:p w14:paraId="6C48C6FE" w14:textId="77777777" w:rsidR="00793CDB" w:rsidRDefault="00F618A9">
      <w:pPr>
        <w:pStyle w:val="Lijstopsomteken"/>
        <w:ind w:left="340" w:hanging="142"/>
      </w:pPr>
      <w:r>
        <w:t>2028-2029: secretaris en vicevoorzitter.</w:t>
      </w:r>
    </w:p>
    <w:p w14:paraId="3F06EB98" w14:textId="77777777" w:rsidR="00793CDB" w:rsidRPr="00445814" w:rsidRDefault="00F618A9">
      <w:pPr>
        <w:rPr>
          <w:lang w:val="nl-NL"/>
        </w:rPr>
      </w:pPr>
      <w:r w:rsidRPr="00445814">
        <w:rPr>
          <w:lang w:val="nl-NL"/>
        </w:rPr>
        <w:lastRenderedPageBreak/>
        <w:t>De aftredende bestuursleden die zich herkiesbaar hebben gesteld, worden door de Algemene Ledenvergadering herbenoemd.</w:t>
      </w:r>
    </w:p>
    <w:p w14:paraId="078900A9" w14:textId="77777777" w:rsidR="00793CDB" w:rsidRDefault="00F618A9">
      <w:pPr>
        <w:pStyle w:val="Kop2"/>
      </w:pPr>
      <w:proofErr w:type="spellStart"/>
      <w:r>
        <w:t>Commissies</w:t>
      </w:r>
      <w:proofErr w:type="spellEnd"/>
      <w:r>
        <w:t xml:space="preserve"> </w:t>
      </w:r>
      <w:proofErr w:type="spellStart"/>
      <w:r>
        <w:t>en</w:t>
      </w:r>
      <w:proofErr w:type="spellEnd"/>
      <w:r>
        <w:t xml:space="preserve"> </w:t>
      </w:r>
      <w:proofErr w:type="spellStart"/>
      <w:r>
        <w:t>sleutelrollen</w:t>
      </w:r>
      <w:proofErr w:type="spellEnd"/>
    </w:p>
    <w:p w14:paraId="2DEB1016" w14:textId="33E164F0" w:rsidR="00793CDB" w:rsidRDefault="00F618A9">
      <w:pPr>
        <w:pStyle w:val="Lijstopsomteken"/>
        <w:ind w:left="340" w:hanging="142"/>
      </w:pPr>
      <w:proofErr w:type="spellStart"/>
      <w:r>
        <w:t>Vertrouwenscontactpersoon</w:t>
      </w:r>
      <w:proofErr w:type="spellEnd"/>
      <w:r>
        <w:t xml:space="preserve">: Pia </w:t>
      </w:r>
      <w:r w:rsidR="006E2325">
        <w:t>Linsen-</w:t>
      </w:r>
      <w:r>
        <w:t>Willems</w:t>
      </w:r>
    </w:p>
    <w:p w14:paraId="2DD4FAC7" w14:textId="77777777" w:rsidR="00793CDB" w:rsidRDefault="00F618A9">
      <w:pPr>
        <w:pStyle w:val="Lijstopsomteken"/>
        <w:ind w:left="340" w:hanging="142"/>
      </w:pPr>
      <w:r>
        <w:t>Hoofd jeugdcoördinator: Maarten van Rooij</w:t>
      </w:r>
    </w:p>
    <w:p w14:paraId="5EA57584" w14:textId="77777777" w:rsidR="00793CDB" w:rsidRDefault="00F618A9">
      <w:pPr>
        <w:pStyle w:val="Lijstopsomteken"/>
        <w:ind w:left="340" w:hanging="142"/>
      </w:pPr>
      <w:r>
        <w:t>Hoofd opleidingen bovenbouw: Jason Bourdouxhe</w:t>
      </w:r>
    </w:p>
    <w:p w14:paraId="0C9A1EE6" w14:textId="77777777" w:rsidR="00793CDB" w:rsidRDefault="00F618A9">
      <w:pPr>
        <w:pStyle w:val="Lijstopsomteken"/>
        <w:ind w:left="340" w:hanging="142"/>
      </w:pPr>
      <w:r>
        <w:t>Scheidsrechterscoördinator: Dave Daamen</w:t>
      </w:r>
    </w:p>
    <w:p w14:paraId="0FA01E25" w14:textId="77777777" w:rsidR="00793CDB" w:rsidRDefault="00F618A9">
      <w:pPr>
        <w:pStyle w:val="Lijstopsomteken"/>
        <w:ind w:left="340" w:hanging="142"/>
      </w:pPr>
      <w:proofErr w:type="spellStart"/>
      <w:r>
        <w:t>Contributie</w:t>
      </w:r>
      <w:proofErr w:type="spellEnd"/>
      <w:r>
        <w:t xml:space="preserve">-inning: Harrie Wiegerinck </w:t>
      </w:r>
      <w:proofErr w:type="spellStart"/>
      <w:r>
        <w:t>en</w:t>
      </w:r>
      <w:proofErr w:type="spellEnd"/>
      <w:r>
        <w:t xml:space="preserve"> Marion Didden</w:t>
      </w:r>
    </w:p>
    <w:p w14:paraId="22A73D40" w14:textId="77777777" w:rsidR="00445814" w:rsidRDefault="00445814" w:rsidP="00445814">
      <w:pPr>
        <w:pStyle w:val="Lijstopsomteken"/>
        <w:numPr>
          <w:ilvl w:val="0"/>
          <w:numId w:val="0"/>
        </w:numPr>
        <w:ind w:left="360" w:hanging="360"/>
      </w:pPr>
    </w:p>
    <w:p w14:paraId="0CB13AF3" w14:textId="77777777" w:rsidR="00793CDB" w:rsidRDefault="00F618A9">
      <w:pPr>
        <w:pStyle w:val="Kop2"/>
      </w:pPr>
      <w:r>
        <w:t>Vacatures</w:t>
      </w:r>
    </w:p>
    <w:p w14:paraId="062F3706" w14:textId="77777777" w:rsidR="00793CDB" w:rsidRDefault="00F618A9">
      <w:pPr>
        <w:pStyle w:val="Lijstopsomteken"/>
        <w:ind w:left="340" w:hanging="142"/>
      </w:pPr>
      <w:proofErr w:type="spellStart"/>
      <w:r>
        <w:t>terreinknecht</w:t>
      </w:r>
      <w:proofErr w:type="spellEnd"/>
      <w:r>
        <w:t xml:space="preserve"> op </w:t>
      </w:r>
      <w:proofErr w:type="spellStart"/>
      <w:r>
        <w:t>zaterdag</w:t>
      </w:r>
      <w:proofErr w:type="spellEnd"/>
      <w:r>
        <w:t>;</w:t>
      </w:r>
    </w:p>
    <w:p w14:paraId="321283D7" w14:textId="0B1A27CE" w:rsidR="00445814" w:rsidRDefault="00445814">
      <w:pPr>
        <w:pStyle w:val="Lijstopsomteken"/>
        <w:ind w:left="340" w:hanging="142"/>
      </w:pPr>
      <w:proofErr w:type="spellStart"/>
      <w:r>
        <w:t>scheidsrechters</w:t>
      </w:r>
      <w:proofErr w:type="spellEnd"/>
      <w:r>
        <w:t>;</w:t>
      </w:r>
    </w:p>
    <w:p w14:paraId="5C5EA43D" w14:textId="77777777" w:rsidR="00793CDB" w:rsidRDefault="00F618A9">
      <w:pPr>
        <w:pStyle w:val="Lijstopsomteken"/>
        <w:ind w:left="340" w:hanging="142"/>
      </w:pPr>
      <w:r>
        <w:t>vlagger bij DVS 1;</w:t>
      </w:r>
    </w:p>
    <w:p w14:paraId="35CFA7CE" w14:textId="77777777" w:rsidR="00793CDB" w:rsidRDefault="00F618A9">
      <w:pPr>
        <w:pStyle w:val="Lijstopsomteken"/>
        <w:ind w:left="340" w:hanging="142"/>
      </w:pPr>
      <w:r>
        <w:t>barpersoneel;</w:t>
      </w:r>
    </w:p>
    <w:p w14:paraId="7A655609" w14:textId="77777777" w:rsidR="00793CDB" w:rsidRPr="00445814" w:rsidRDefault="00F618A9">
      <w:pPr>
        <w:pStyle w:val="Lijstopsomteken"/>
        <w:ind w:left="340" w:hanging="142"/>
        <w:rPr>
          <w:lang w:val="nl-NL"/>
        </w:rPr>
      </w:pPr>
      <w:proofErr w:type="gramStart"/>
      <w:r w:rsidRPr="00445814">
        <w:rPr>
          <w:lang w:val="nl-NL"/>
        </w:rPr>
        <w:t>leden</w:t>
      </w:r>
      <w:proofErr w:type="gramEnd"/>
      <w:r w:rsidRPr="00445814">
        <w:rPr>
          <w:lang w:val="nl-NL"/>
        </w:rPr>
        <w:t xml:space="preserve"> voor een commissie duurzaamheid en gevolgen van de salderingsregeling.</w:t>
      </w:r>
    </w:p>
    <w:p w14:paraId="1CA28D0F" w14:textId="77777777" w:rsidR="00793CDB" w:rsidRPr="00445814" w:rsidRDefault="00F618A9">
      <w:pPr>
        <w:pStyle w:val="Kop1"/>
        <w:rPr>
          <w:lang w:val="nl-NL"/>
        </w:rPr>
      </w:pPr>
      <w:r w:rsidRPr="00445814">
        <w:rPr>
          <w:lang w:val="nl-NL"/>
        </w:rPr>
        <w:t>7. Rondvraag</w:t>
      </w:r>
    </w:p>
    <w:p w14:paraId="230A409B" w14:textId="77777777" w:rsidR="00793CDB" w:rsidRPr="00445814" w:rsidRDefault="00F618A9">
      <w:pPr>
        <w:spacing w:before="80"/>
        <w:rPr>
          <w:lang w:val="nl-NL"/>
        </w:rPr>
      </w:pPr>
      <w:r w:rsidRPr="00445814">
        <w:rPr>
          <w:b/>
          <w:color w:val="061B3A"/>
          <w:lang w:val="nl-NL"/>
        </w:rPr>
        <w:t>Kunnen we gebruikmaken van pushmeldingen?</w:t>
      </w:r>
    </w:p>
    <w:p w14:paraId="5B5D5113" w14:textId="77777777" w:rsidR="00793CDB" w:rsidRPr="00445814" w:rsidRDefault="00F618A9">
      <w:pPr>
        <w:ind w:left="255"/>
        <w:rPr>
          <w:lang w:val="nl-NL"/>
        </w:rPr>
      </w:pPr>
      <w:r w:rsidRPr="00445814">
        <w:rPr>
          <w:lang w:val="nl-NL"/>
        </w:rPr>
        <w:t>Het bestuur gaat onderzoeken welke mogelijkheden hiervoor beschikbaar zijn.</w:t>
      </w:r>
    </w:p>
    <w:p w14:paraId="25FC2CC8" w14:textId="77777777" w:rsidR="00793CDB" w:rsidRPr="00445814" w:rsidRDefault="00F618A9">
      <w:pPr>
        <w:spacing w:before="80"/>
        <w:rPr>
          <w:lang w:val="nl-NL"/>
        </w:rPr>
      </w:pPr>
      <w:r w:rsidRPr="00445814">
        <w:rPr>
          <w:b/>
          <w:color w:val="061B3A"/>
          <w:lang w:val="nl-NL"/>
        </w:rPr>
        <w:t>Waarom is DVS gestopt met bankieren bij ING, mede gezien het depositogarantiestelsel?</w:t>
      </w:r>
    </w:p>
    <w:p w14:paraId="564EB731" w14:textId="77777777" w:rsidR="00793CDB" w:rsidRPr="00445814" w:rsidRDefault="00F618A9">
      <w:pPr>
        <w:ind w:left="255"/>
        <w:rPr>
          <w:lang w:val="nl-NL"/>
        </w:rPr>
      </w:pPr>
      <w:r w:rsidRPr="00445814">
        <w:rPr>
          <w:lang w:val="nl-NL"/>
        </w:rPr>
        <w:t>Het bestuur heeft een risicoafweging gemaakt tussen de extra kosten van een aanvullende bankrekening en het risico dat Rabobank zou omvallen.</w:t>
      </w:r>
    </w:p>
    <w:p w14:paraId="24D6B808" w14:textId="77777777" w:rsidR="00793CDB" w:rsidRPr="00445814" w:rsidRDefault="00F618A9">
      <w:pPr>
        <w:spacing w:before="80"/>
        <w:rPr>
          <w:lang w:val="nl-NL"/>
        </w:rPr>
      </w:pPr>
      <w:r w:rsidRPr="00445814">
        <w:rPr>
          <w:b/>
          <w:color w:val="061B3A"/>
          <w:lang w:val="nl-NL"/>
        </w:rPr>
        <w:t>Kunnen spelers van de JO17 en JO19 in de middag worden ingezet als scheidsrechter?</w:t>
      </w:r>
    </w:p>
    <w:p w14:paraId="5C5ECD97" w14:textId="77777777" w:rsidR="00793CDB" w:rsidRPr="00445814" w:rsidRDefault="00F618A9">
      <w:pPr>
        <w:ind w:left="255"/>
        <w:rPr>
          <w:lang w:val="nl-NL"/>
        </w:rPr>
      </w:pPr>
      <w:r w:rsidRPr="00445814">
        <w:rPr>
          <w:lang w:val="nl-NL"/>
        </w:rPr>
        <w:t>Nee. Deze spelers moeten dan zelf voetballen.</w:t>
      </w:r>
    </w:p>
    <w:p w14:paraId="3C020D05" w14:textId="77777777" w:rsidR="00793CDB" w:rsidRPr="00445814" w:rsidRDefault="00F618A9">
      <w:pPr>
        <w:spacing w:before="80"/>
        <w:rPr>
          <w:lang w:val="nl-NL"/>
        </w:rPr>
      </w:pPr>
      <w:r w:rsidRPr="00445814">
        <w:rPr>
          <w:b/>
          <w:color w:val="061B3A"/>
          <w:lang w:val="nl-NL"/>
        </w:rPr>
        <w:t>Wanneer wordt de toplaag van het kunstgras vervangen?</w:t>
      </w:r>
    </w:p>
    <w:p w14:paraId="35BA59A0" w14:textId="77777777" w:rsidR="00793CDB" w:rsidRPr="00445814" w:rsidRDefault="00F618A9">
      <w:pPr>
        <w:ind w:left="255"/>
        <w:rPr>
          <w:lang w:val="nl-NL"/>
        </w:rPr>
      </w:pPr>
      <w:r w:rsidRPr="00445814">
        <w:rPr>
          <w:lang w:val="nl-NL"/>
        </w:rPr>
        <w:t>De vervanging staat gepland voor 2028.</w:t>
      </w:r>
    </w:p>
    <w:p w14:paraId="490D1CAD" w14:textId="77777777" w:rsidR="00793CDB" w:rsidRPr="00445814" w:rsidRDefault="00F618A9">
      <w:pPr>
        <w:spacing w:before="80"/>
        <w:rPr>
          <w:lang w:val="nl-NL"/>
        </w:rPr>
      </w:pPr>
      <w:r w:rsidRPr="00445814">
        <w:rPr>
          <w:b/>
          <w:color w:val="061B3A"/>
          <w:lang w:val="nl-NL"/>
        </w:rPr>
        <w:t>Kan er iets aan de verlichting worden gedaan?</w:t>
      </w:r>
    </w:p>
    <w:p w14:paraId="1711F29D" w14:textId="77777777" w:rsidR="00793CDB" w:rsidRPr="00445814" w:rsidRDefault="00F618A9">
      <w:pPr>
        <w:ind w:left="255"/>
        <w:rPr>
          <w:lang w:val="nl-NL"/>
        </w:rPr>
      </w:pPr>
      <w:r w:rsidRPr="00445814">
        <w:rPr>
          <w:lang w:val="nl-NL"/>
        </w:rPr>
        <w:t>Het bestuur is hierover in gesprek met de gemeente.</w:t>
      </w:r>
    </w:p>
    <w:p w14:paraId="26953BBE" w14:textId="77777777" w:rsidR="00793CDB" w:rsidRPr="00445814" w:rsidRDefault="00F618A9">
      <w:pPr>
        <w:pStyle w:val="Kop1"/>
        <w:rPr>
          <w:lang w:val="nl-NL"/>
        </w:rPr>
      </w:pPr>
      <w:r w:rsidRPr="00445814">
        <w:rPr>
          <w:lang w:val="nl-NL"/>
        </w:rPr>
        <w:t>8. Sluiting</w:t>
      </w:r>
    </w:p>
    <w:p w14:paraId="46219F2C" w14:textId="77777777" w:rsidR="00793CDB" w:rsidRPr="00445814" w:rsidRDefault="00F618A9">
      <w:pPr>
        <w:rPr>
          <w:lang w:val="nl-NL"/>
        </w:rPr>
      </w:pPr>
      <w:r w:rsidRPr="00445814">
        <w:rPr>
          <w:lang w:val="nl-NL"/>
        </w:rPr>
        <w:t>De voorzitter bedankt alle aanwezigen voor hun komst en inbreng en sluit de vergadering om 21.30 uur.</w:t>
      </w:r>
    </w:p>
    <w:p w14:paraId="12E428D7" w14:textId="77777777" w:rsidR="00793CDB" w:rsidRPr="00445814" w:rsidRDefault="00F618A9">
      <w:pPr>
        <w:spacing w:before="360"/>
        <w:rPr>
          <w:lang w:val="nl-NL"/>
        </w:rPr>
      </w:pPr>
      <w:r w:rsidRPr="00445814">
        <w:rPr>
          <w:i/>
          <w:color w:val="60758A"/>
          <w:lang w:val="nl-NL"/>
        </w:rPr>
        <w:t>Opgemaakt in oktober 2026 door Maurits Stoppels, namens het bestuur van DVS.</w:t>
      </w:r>
    </w:p>
    <w:sectPr w:rsidR="00793CDB" w:rsidRPr="00445814" w:rsidSect="00034616">
      <w:headerReference w:type="default" r:id="rId8"/>
      <w:footerReference w:type="default" r:id="rId9"/>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6E166" w14:textId="77777777" w:rsidR="00F618A9" w:rsidRDefault="00F618A9">
      <w:pPr>
        <w:spacing w:after="0" w:line="240" w:lineRule="auto"/>
      </w:pPr>
      <w:r>
        <w:separator/>
      </w:r>
    </w:p>
  </w:endnote>
  <w:endnote w:type="continuationSeparator" w:id="0">
    <w:p w14:paraId="0D6405AE" w14:textId="77777777" w:rsidR="00F618A9" w:rsidRDefault="00F6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073B" w14:textId="156DC853" w:rsidR="00793CDB" w:rsidRDefault="00F618A9">
    <w:pPr>
      <w:pStyle w:val="Voettekst"/>
      <w:jc w:val="center"/>
    </w:pPr>
    <w:proofErr w:type="spellStart"/>
    <w:r>
      <w:rPr>
        <w:color w:val="60758A"/>
        <w:sz w:val="16"/>
      </w:rPr>
      <w:t>Verslag</w:t>
    </w:r>
    <w:proofErr w:type="spellEnd"/>
    <w:r>
      <w:rPr>
        <w:color w:val="60758A"/>
        <w:sz w:val="16"/>
      </w:rPr>
      <w:t xml:space="preserve"> ALV 7 </w:t>
    </w:r>
    <w:proofErr w:type="spellStart"/>
    <w:r>
      <w:rPr>
        <w:color w:val="60758A"/>
        <w:sz w:val="16"/>
      </w:rPr>
      <w:t>oktober</w:t>
    </w:r>
    <w:proofErr w:type="spellEnd"/>
    <w:r>
      <w:rPr>
        <w:color w:val="60758A"/>
        <w:sz w:val="16"/>
      </w:rPr>
      <w:t xml:space="preserve"> </w:t>
    </w:r>
    <w:proofErr w:type="gramStart"/>
    <w:r>
      <w:rPr>
        <w:color w:val="60758A"/>
        <w:sz w:val="16"/>
      </w:rPr>
      <w:t>2026  |</w:t>
    </w:r>
    <w:proofErr w:type="gramEnd"/>
    <w:r>
      <w:rPr>
        <w:color w:val="60758A"/>
        <w:sz w:val="16"/>
      </w:rPr>
      <w:t xml:space="preserve">  </w:t>
    </w:r>
    <w:r>
      <w:fldChar w:fldCharType="begin"/>
    </w:r>
    <w:r>
      <w:instrText>PAGE</w:instrText>
    </w:r>
    <w:r>
      <w:fldChar w:fldCharType="separate"/>
    </w:r>
    <w:r w:rsidR="00A278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6BEB2" w14:textId="77777777" w:rsidR="00F618A9" w:rsidRDefault="00F618A9">
      <w:pPr>
        <w:spacing w:after="0" w:line="240" w:lineRule="auto"/>
      </w:pPr>
      <w:r>
        <w:separator/>
      </w:r>
    </w:p>
  </w:footnote>
  <w:footnote w:type="continuationSeparator" w:id="0">
    <w:p w14:paraId="3B1E324E" w14:textId="77777777" w:rsidR="00F618A9" w:rsidRDefault="00F61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4455" w14:textId="0DEC24C3" w:rsidR="00793CDB" w:rsidRDefault="00F618A9">
    <w:pPr>
      <w:pStyle w:val="Koptekst"/>
      <w:jc w:val="right"/>
    </w:pPr>
    <w:r>
      <w:rPr>
        <w:b/>
        <w:color w:val="60758A"/>
        <w:sz w:val="16"/>
      </w:rPr>
      <w:t xml:space="preserve">DVS </w:t>
    </w:r>
    <w:proofErr w:type="spellStart"/>
    <w:proofErr w:type="gramStart"/>
    <w:r w:rsidR="00377AAC">
      <w:rPr>
        <w:b/>
        <w:color w:val="60758A"/>
        <w:sz w:val="16"/>
      </w:rPr>
      <w:t>Voetbal</w:t>
    </w:r>
    <w:proofErr w:type="spellEnd"/>
    <w:r>
      <w:rPr>
        <w:b/>
        <w:color w:val="60758A"/>
        <w:sz w:val="16"/>
      </w:rPr>
      <w:t xml:space="preserve">  |</w:t>
    </w:r>
    <w:proofErr w:type="gramEnd"/>
    <w:r>
      <w:rPr>
        <w:b/>
        <w:color w:val="60758A"/>
        <w:sz w:val="16"/>
      </w:rPr>
      <w:t xml:space="preserve">  ALGEMENE LEDENVERGADERING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5106BAA8"/>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EC0114B"/>
    <w:multiLevelType w:val="multilevel"/>
    <w:tmpl w:val="229E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53349">
    <w:abstractNumId w:val="8"/>
  </w:num>
  <w:num w:numId="2" w16cid:durableId="489254179">
    <w:abstractNumId w:val="6"/>
  </w:num>
  <w:num w:numId="3" w16cid:durableId="371543500">
    <w:abstractNumId w:val="5"/>
  </w:num>
  <w:num w:numId="4" w16cid:durableId="1037972358">
    <w:abstractNumId w:val="4"/>
  </w:num>
  <w:num w:numId="5" w16cid:durableId="1433548678">
    <w:abstractNumId w:val="7"/>
  </w:num>
  <w:num w:numId="6" w16cid:durableId="1207328856">
    <w:abstractNumId w:val="3"/>
  </w:num>
  <w:num w:numId="7" w16cid:durableId="697581813">
    <w:abstractNumId w:val="2"/>
  </w:num>
  <w:num w:numId="8" w16cid:durableId="85228289">
    <w:abstractNumId w:val="1"/>
  </w:num>
  <w:num w:numId="9" w16cid:durableId="1673725947">
    <w:abstractNumId w:val="0"/>
  </w:num>
  <w:num w:numId="10" w16cid:durableId="9159435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7EE8"/>
    <w:rsid w:val="0015074B"/>
    <w:rsid w:val="0029639D"/>
    <w:rsid w:val="00326F90"/>
    <w:rsid w:val="00377AAC"/>
    <w:rsid w:val="00392BB4"/>
    <w:rsid w:val="00445814"/>
    <w:rsid w:val="004C1C1A"/>
    <w:rsid w:val="004D0574"/>
    <w:rsid w:val="005E15D8"/>
    <w:rsid w:val="006E2325"/>
    <w:rsid w:val="00793CDB"/>
    <w:rsid w:val="00A278A5"/>
    <w:rsid w:val="00AA1D8D"/>
    <w:rsid w:val="00B47730"/>
    <w:rsid w:val="00B919D0"/>
    <w:rsid w:val="00C62F3D"/>
    <w:rsid w:val="00CB0664"/>
    <w:rsid w:val="00F618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DDD585-EDC0-417C-84A5-1C6366E5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59" w:lineRule="auto"/>
    </w:pPr>
    <w:rPr>
      <w:rFonts w:ascii="Aptos" w:hAnsi="Aptos"/>
      <w:color w:val="1E2D3C"/>
      <w:sz w:val="21"/>
    </w:rPr>
  </w:style>
  <w:style w:type="paragraph" w:styleId="Kop1">
    <w:name w:val="heading 1"/>
    <w:basedOn w:val="Standaard"/>
    <w:next w:val="Standaard"/>
    <w:link w:val="Kop1Char"/>
    <w:uiPriority w:val="9"/>
    <w:qFormat/>
    <w:rsid w:val="00FC693F"/>
    <w:pPr>
      <w:keepNext/>
      <w:keepLines/>
      <w:spacing w:before="240"/>
      <w:outlineLvl w:val="0"/>
    </w:pPr>
    <w:rPr>
      <w:rFonts w:asciiTheme="majorHAnsi" w:eastAsiaTheme="majorEastAsia" w:hAnsiTheme="majorHAnsi" w:cstheme="majorBidi"/>
      <w:b/>
      <w:bCs/>
      <w:color w:val="075BA7"/>
      <w:sz w:val="30"/>
      <w:szCs w:val="28"/>
    </w:rPr>
  </w:style>
  <w:style w:type="paragraph" w:styleId="Kop2">
    <w:name w:val="heading 2"/>
    <w:basedOn w:val="Standaard"/>
    <w:next w:val="Standaard"/>
    <w:link w:val="Kop2Char"/>
    <w:uiPriority w:val="9"/>
    <w:unhideWhenUsed/>
    <w:qFormat/>
    <w:rsid w:val="00FC693F"/>
    <w:pPr>
      <w:keepNext/>
      <w:keepLines/>
      <w:spacing w:before="160" w:after="60"/>
      <w:outlineLvl w:val="1"/>
    </w:pPr>
    <w:rPr>
      <w:rFonts w:asciiTheme="majorHAnsi" w:eastAsiaTheme="majorEastAsia" w:hAnsiTheme="majorHAnsi" w:cstheme="majorBidi"/>
      <w:b/>
      <w:bCs/>
      <w:color w:val="061B3A"/>
      <w:sz w:val="23"/>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61B3A"/>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979</Words>
  <Characters>5977</Characters>
  <Application>Microsoft Office Word</Application>
  <DocSecurity>0</DocSecurity>
  <Lines>135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Algemene Ledenvergadering DVS 7 oktober 2026</dc:title>
  <dc:subject>Definitief verslag Algemene Ledenvergadering DVS</dc:subject>
  <dc:creator>Maurits Stoppels</dc:creator>
  <cp:keywords/>
  <dc:description>generated by python-docx</dc:description>
  <cp:lastModifiedBy>Maurits Stoppels</cp:lastModifiedBy>
  <cp:revision>5</cp:revision>
  <dcterms:created xsi:type="dcterms:W3CDTF">2026-10-09T09:52:00Z</dcterms:created>
  <dcterms:modified xsi:type="dcterms:W3CDTF">2026-11-02T15:13:00Z</dcterms:modified>
  <cp:category/>
</cp:coreProperties>
</file>